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Django Web Development Course Outline</w:t>
      </w:r>
    </w:p>
    <w:p>
      <w:r>
        <w:t>This course is designed for students who have already completed Python training. It will guide them through building websites using Django, a high-level Python web framework. The course will be practical, hands-on, and will include both mini projects and one major project.</w:t>
      </w:r>
    </w:p>
    <w:p>
      <w:pPr>
        <w:pStyle w:val="Heading2"/>
      </w:pPr>
      <w:r>
        <w:t>Course Objectives</w:t>
      </w:r>
    </w:p>
    <w:p>
      <w:pPr>
        <w:pStyle w:val="ListBullet"/>
      </w:pPr>
      <w:r>
        <w:t>Understand the fundamentals of Django and how it works.</w:t>
      </w:r>
    </w:p>
    <w:p>
      <w:pPr>
        <w:pStyle w:val="ListBullet"/>
      </w:pPr>
      <w:r>
        <w:t>Learn to set up and configure a Django project.</w:t>
      </w:r>
    </w:p>
    <w:p>
      <w:pPr>
        <w:pStyle w:val="ListBullet"/>
      </w:pPr>
      <w:r>
        <w:t>Understand the MTV (Model-Template-View) architecture.</w:t>
      </w:r>
    </w:p>
    <w:p>
      <w:pPr>
        <w:pStyle w:val="ListBullet"/>
      </w:pPr>
      <w:r>
        <w:t>Work with Django models, views, and templates.</w:t>
      </w:r>
    </w:p>
    <w:p>
      <w:pPr>
        <w:pStyle w:val="ListBullet"/>
      </w:pPr>
      <w:r>
        <w:t>Implement forms, authentication, and authorization.</w:t>
      </w:r>
    </w:p>
    <w:p>
      <w:pPr>
        <w:pStyle w:val="ListBullet"/>
      </w:pPr>
      <w:r>
        <w:t>Deploy Django applications.</w:t>
      </w:r>
    </w:p>
    <w:p>
      <w:pPr>
        <w:pStyle w:val="Heading2"/>
      </w:pPr>
      <w:r>
        <w:t>Course Structure</w:t>
      </w:r>
    </w:p>
    <w:p>
      <w:pPr>
        <w:pStyle w:val="ListBullet"/>
      </w:pPr>
      <w:r>
        <w:t>Recap of Python basics and object-oriented concepts.</w:t>
      </w:r>
    </w:p>
    <w:p>
      <w:pPr>
        <w:pStyle w:val="ListBullet"/>
      </w:pPr>
      <w:r>
        <w:t>Setting up Django environment and project structure.</w:t>
      </w:r>
    </w:p>
    <w:p>
      <w:pPr>
        <w:pStyle w:val="ListBullet"/>
      </w:pPr>
      <w:r>
        <w:t>Understanding Django apps and configurations.</w:t>
      </w:r>
    </w:p>
    <w:p>
      <w:pPr>
        <w:pStyle w:val="ListBullet"/>
      </w:pPr>
      <w:r>
        <w:t>Creating and managing models.</w:t>
      </w:r>
    </w:p>
    <w:p>
      <w:pPr>
        <w:pStyle w:val="ListBullet"/>
      </w:pPr>
      <w:r>
        <w:t>Building views and templates.</w:t>
      </w:r>
    </w:p>
    <w:p>
      <w:pPr>
        <w:pStyle w:val="ListBullet"/>
      </w:pPr>
      <w:r>
        <w:t>Using Django ORM for database operations.</w:t>
      </w:r>
    </w:p>
    <w:p>
      <w:pPr>
        <w:pStyle w:val="ListBullet"/>
      </w:pPr>
      <w:r>
        <w:t>Working with forms and user inputs.</w:t>
      </w:r>
    </w:p>
    <w:p>
      <w:pPr>
        <w:pStyle w:val="ListBullet"/>
      </w:pPr>
      <w:r>
        <w:t>Implementing authentication and permissions.</w:t>
      </w:r>
    </w:p>
    <w:p>
      <w:pPr>
        <w:pStyle w:val="ListBullet"/>
      </w:pPr>
      <w:r>
        <w:t>Static files and media management.</w:t>
      </w:r>
    </w:p>
    <w:p>
      <w:pPr>
        <w:pStyle w:val="ListBullet"/>
      </w:pPr>
      <w:r>
        <w:t>Deployment process.</w:t>
      </w:r>
    </w:p>
    <w:p>
      <w:pPr>
        <w:pStyle w:val="Heading2"/>
      </w:pPr>
      <w:r>
        <w:t>Projects</w:t>
      </w:r>
    </w:p>
    <w:p>
      <w:r>
        <w:t>Throughout the course, students will work on:</w:t>
      </w:r>
    </w:p>
    <w:p>
      <w:pPr>
        <w:pStyle w:val="ListBullet"/>
      </w:pPr>
      <w:r>
        <w:t>Mini Project 1: Personal Blog Website</w:t>
      </w:r>
    </w:p>
    <w:p>
      <w:pPr>
        <w:pStyle w:val="ListBullet"/>
      </w:pPr>
      <w:r>
        <w:t>Mini Project 2: To-Do List Application</w:t>
      </w:r>
    </w:p>
    <w:p>
      <w:pPr>
        <w:pStyle w:val="ListBullet"/>
      </w:pPr>
      <w:r>
        <w:t>Mini Project 3: Basic E-commerce Store</w:t>
      </w:r>
    </w:p>
    <w:p>
      <w:pPr>
        <w:pStyle w:val="ListBullet"/>
      </w:pPr>
      <w:r>
        <w:t>Major Project: Full-featured Web Application integrating learned concepts</w:t>
      </w:r>
    </w:p>
    <w:p>
      <w:pPr>
        <w:pStyle w:val="Heading2"/>
      </w:pPr>
      <w:r>
        <w:t>Teaching Methodology</w:t>
      </w:r>
    </w:p>
    <w:p>
      <w:r>
        <w:t>The course will follow a practical approach, with live coding sessions, interactive problem-solving, and real-time project building. Students will be encouraged to experiment with the code and apply concepts in creative ways.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